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"איתקה" מאת קונסטנדינוס קוואפיס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הרעיון המרכזי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של דובר, נמען ומבנה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האודיסאה של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אם נפשו תעמיד אותן לפניו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 למהר וליהנות מהדרך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מדבר כמי שכבר יודע, בלי לספר סיפור אישי מפורט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ברובד הסיפורי הוא אודיסאוס, אבל בעצם כל קורא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האמצעי האמנותי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(הזכרת הלסטריגונים והקיקלופים מהאודיסאה)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(איתקה מעניקה מסע יפה ולא מרמה)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(איתקה ענייה מול הנוסע העשיר בניסיון)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האודיסאה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להתייחס לכך שהדרך או המסע חשובים מהיעד עצמו, והיעד הוא בעצם מה שמוציא אותנו לדרך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הדרך או המסע חשובים יותר מהיעד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כגון רמיזה, סמל, האנשה, חזרה או ניגוד, עם הסבר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הופכת לרבים - איתקות - וכך איתקה הופכת לסמל כללי לכל מטרה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השיר בקול ואז לעבור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בין "איתקה" לשירים אחרים הנלמדים העוסקים באכזבה או בציפייה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אך לדרוש הנמקה מבוססת 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"איתקה" מאת קונסטנדינוס קוואפיס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"איתקה" מאת קוואפיס מתבסס על מסעו הארוך של אודיסאוס הביתה, אך הופך אותו לעצה לכל אדם היוצא למסע בחייו. בדף זה נתרגל את תוכן השיר, מבנהו והאמצעים האמנותיים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האודיסאה  ·  נפש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איזו יצירה נשען השיר "איתקה"?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האודיסאה של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יפגוש הנוסע מפלצות,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מסע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 נפשו תעמיד אותן לפניו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כיצד על הנוסע לנהוג לפי העצה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להימנע מהרפתקאות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למהר וליהנות מהדרך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בשיר מספר על מסע שהוא עצמו עבר לאחרונה.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הנמען בשיר הוא כל אדם שיש לו מטרה או חלום, לא רק אודיסאוס.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האמצעי האמנותי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איתקה ענייה מול הנוסע העשיר בניסיון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הזכרת הלסטריגונים והקיקלופים מהאודיסאה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איתקה מעניקה מסע יפה ולא מרמה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מתבסס על היצירה __________ של הומרוס.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השיר, המפלצות לא יופיעו אלא אם ה__________ של הנוסע יעמיד אותן לפניו.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שלכן ושלכם מהו הרעיון המרכזי בשיר "איתקה" לגבי היחס בין הדרך ליעד.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הרעיון המרכזי של השיר "איתקה"?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לאמצעי אמנותי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"איתקה" מאת קונסטנדינוס קוואפיס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