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"איתקה" מאת קונסטנדינוס קוואפיס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הרעיון המרכזי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בשיר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של דובר, נמען ומבנה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האודיסאה של הומרוס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אם נפשו תעמיד אותן לפניו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את המסע היפה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לא למהר וליהנות מהדרך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יורם ברונובסקי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הוא הופך לרבים - "איתקות"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הדובר מדבר כמי שכבר יודע, בלי לספר סיפור אישי מפורט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ברובד הסיפורי הוא אודיסאוס, אבל בעצם כל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בתרגום ברונובסקי אין חריזה ומשקל קבועים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לא רימתה אותו, האכזבה היא חלק מהבגרות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הבתים הראשונים עמוסי הרפתקאות, הסיום תמציתי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בין האמצעי האמנותי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(הזכרת הלסטריגונים והקיקלופים מהאודיסאה)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(השם איתקה הופך לרבים - איתקות)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(איתקה מעניקה מסע יפה ולא מרמה)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(החזרה על המילים ללמד, ללמד)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(איתקה ענייה מול הנוסע העשיר בניסיון)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האודיסאה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יורם ברונובסקי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איתקות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להתייחס לכך שהדרך או המסע חשובים מהיעד עצמו, והיעד הוא בעצם מה שמוציא אותנו לדרך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מנומקת; לבדוק שיש טיעון הגיוני ודוגמה רלוונטית מהחיים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הדרך או המסע חשובים יותר מהיעד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אמצעי כגון רמיזה, סמל, האנשה, חזרה או ניגוד, עם הסבר קצר ומדויק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הופכת לרבים - איתקות - וכך איתקה הופכת לסמל כללי לכל מטרה בחיים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השיר בקול ואז לעבור לתרגול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להשוות בין "איתקה" לשירים אחרים הנלמדים העוסקים באכזבה או בציפייה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תשובות אישיות אך לדרוש הנמקה מבוססת 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"איתקה" מאת קונסטנדינוס קוואפיס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"איתקה" מספר על אדם שיוצא למסע ארוך אל אי בשם איתקה. השיר אומר שהדרך חשובה יותר מהיעד. בדף נתרגל ונבין את השיר.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רמיזה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הזכרה קצרה של סיפור או יצירה אחרת בלי לספר אותה במלואה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שמייצג רעיון גדול יותר ממנו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לדבר שאינו אדם תכונות של בן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אמצעי שבו מילה או ביטוי חוזרים כמה פעמים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הצגה של שני דברים הפוכים זה לזה באותו משפט או קטע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הקול שמדבר בתוך השיר, לא בהכרח המשורר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נמען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שהדובר פונה אליו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דיבור שבה פונים ישירות אל "אתה"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סיפור קדום עומד מאחורי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אנטיגונה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האודיסאה של הומרוס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השירים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באמת מופיעות המפלצות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מסע בלי יוצא מהכלל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נפשו תעמיד אותן לפניו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איתקה נותנת לנוסע בעצם?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ממלכה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המסע היפה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מנוחה מיידית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השיר ממליץ לנוסע להתנהג?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להימנע מהרפתקאות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למהר וליהנות מהדרך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לשוב מיד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תרגם את השיר לעברית?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לאה גולדברג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יורם ברונובסקי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נתן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אהרן אמיר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למילה איתקה בסוף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נעלם מהשיר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הופך לשם של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הופך לרבים - "איתקות"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מוחלף בשם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בשיר מספר על מסע שהוא עצמו עבר לאחרונה.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הנמען בשיר הוא כל אדם שיש לו מטרה או חלום, לא רק אודיסאוס.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כתוב בחריזה ובמשקל קבועים.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השיר, אם איתקה תתברר כענייה, היא רימתה את הנוסע.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הבתים הראשונים בשיר מפורטים יותר מהבתים האחרונים.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בין האמצעי האמנותי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השם איתקה הופך לרבים - איתקות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החזרה על המילים ללמד, ללמד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איתקה ענייה מול הנוסע העשיר בניסיון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הזכרת הלסטריגונים והקיקלופים מהאודיסאה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איתקה מעניקה מסע יפה ולא מרמה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השיר מתבסס על היצירה __________ של הומרוס.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השיר, המפלצות לא יופיעו אלא אם ה__________ של הנוסע יעמיד אותן לפניו.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איתקה לא נתנה לנוסע עושר, אלא את ה__________ היפה.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 השיר לעברית תרגם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בסיום השיר המילה איתקה הופכת ל__________, צורת הרבים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שלכן ושלכם מהו הרעיון המרכזי בשיר "איתקה" לגבי היחס בין הדרך ליעד.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אתם מסכימים עם הרעיון שהדרך חשובה מהיעד? נמקו את עמדתכם בעזרת דוגמה מחייכם.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הרעיון המרכזי של השיר "איתקה"?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לאמצעי אמנותי בשיר והסבירו את תפקידו.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למילה "איתקה" בסוף השיר, ומה זה מלמד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"איתקה" מאת קונסטנדינוס קוואפיס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