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"איתקה" מאת קונסטנדינוס קוואפיס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השיר ואת הרעיון המרכזי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בשיר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של דובר, נמען ומבנה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האודיסאה של הומרוס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אם נפשו תעמיד אותן לפניו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את המסע היפה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לא למהר וליהנות מהדרך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יורם ברונובסקי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הוא הופך לרבים - "איתקות"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הדובר מדבר כמי שכבר יודע, בלי לספר סיפור אישי מפורט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ברובד הסיפורי הוא אודיסאוס, אבל בעצם כל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בתרגום ברונובסקי אין חריזה ומשקל קבועים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לא רימתה אותו, האכזבה היא חלק מהבגרות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הבתים הראשונים עמוסי הרפתקאות, הסיום תמציתי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האמצעי האמנותי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(הזכרת הלסטריגונים והקיקלופים מהאודיסאה)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(השם איתקה הופך לרבים - איתקות)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(איתקה מעניקה מסע יפה ולא מרמה)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(החזרה על המילים ללמד, ללמד)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(איתקה ענייה מול הנוסע העשיר בניסיון)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האודיסאה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יורם ברונובסקי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איתקות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להתייחס לכך שהדרך או המסע חשובים מהיעד עצמו, והיעד הוא בעצם מה שמוציא אותנו לדרך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מנומקת; לבדוק שיש טיעון הגיוני ודוגמה רלוונטית מהחיים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הדרך או המסע חשובים יותר מהיעד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אמצעי כגון רמיזה, סמל, האנשה, חזרה או ניגוד, עם הסבר קצר ומדויק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הופכת לרבים - איתקות - וכך איתקה הופכת לסמל כללי לכל מטרה בחיים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משותפת של השיר בקול ואז לעבור לתרגול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להשוות בין "איתקה" לשירים אחרים הנלמדים העוסקים באכזבה או בציפייה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תשובות אישיות אך לדרוש הנמקה מבוססת 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"איתקה" מאת קונסטנדינוס קוואפיס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"איתקה" מאת קוואפיס מתבסס על מסעו הארוך של אודיסאוס הביתה, אך הופך אותו לעצה לכל אדם היוצא למסע בחייו. בדף זה נתרגל את תוכן השיר, מבנהו והאמצעים האמנותיים שבו.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איזו יצירה נשען השיר "איתקה"?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אנטיגונה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האודיסאה של הומרוס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השירים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יפגוש הנוסע מפלצות, לפי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מסע בלי יוצא מהכלל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נפשו תעמיד אותן לפניו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מעניקה איתקה לנוסע, לפי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ממלכה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המסע היפה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מנוחה מיידית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כיצד על הנוסע לנהוג לפי העצה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להימנע מהרפתקאות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למהר וליהנות מהדרך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לשוב מיד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תרגם את השיר לעברית בגרסה הנלמדת?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לאה גולדברג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יורם ברונובסקי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נתן אלתרמן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אהרן אמיר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לשם "איתקה" בסיום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נעלם מהשיר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הופך לשם של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הופך לרבים - "איתקות"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מוחלף בשם 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בשיר מספר על מסע שהוא עצמו עבר לאחרונה.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הנמען בשיר הוא כל אדם שיש לו מטרה או חלום, לא רק אודיסאוס.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כתוב בחריזה ובמשקל קבועים.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השיר, אם איתקה תתברר כענייה, היא רימתה את הנוסע.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הבתים הראשונים בשיר מפורטים יותר מהבתים האחרונים.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בין האמצעי האמנותי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החזרה על המילים ללמד, ללמד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הזכרת הלסטריגונים והקיקלופים מהאודיסאה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איתקה ענייה מול הנוסע העשיר בניסיון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איתקה מעניקה מסע יפה ולא מרמה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השם איתקה הופך לרבים - איתקות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השיר מתבסס על היצירה __________ של הומרוס.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השיר, המפלצות לא יופיעו אלא אם ה__________ של הנוסע יעמיד אותן לפניו.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איתקה לא נתנה לנוסע עושר, אלא את ה__________ היפה.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את השיר לעברית תרגם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בסיום השיר המילה איתקה הופכת ל__________, צורת הרבים 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שלכן ושלכם מהו הרעיון המרכזי בשיר "איתקה" לגבי היחס בין הדרך ליעד.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אתם מסכימים עם הרעיון שהדרך חשובה מהיעד? נמקו את עמדתכם בעזרת דוגמה מחייכם.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הרעיון המרכזי של השיר "איתקה"?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לאמצעי אמנותי בשיר והסבירו את תפקידו.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למילה "איתקה" בסוף השיר, ומה זה מלמד אותנו?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"איתקה" מאת קונסטנדינוס קוואפיס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